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15 erprobte Prompts für SEO mit KI</w:t>
      </w:r>
    </w:p>
    <w:p>
      <w:r>
        <w:rPr>
          <w:color w:val="6B7A99"/>
          <w:sz w:val="18"/>
        </w:rPr>
        <w:t>SEO-Prompt-Set · kistrategie.de</w:t>
      </w:r>
    </w:p>
    <w:p>
      <w:r>
        <w:rPr>
          <w:b w:val="0"/>
        </w:rPr>
        <w:t>Die Prompts funktionieren mit jedem guten KI-Assistenten (ChatGPT, Claude, Gemini, Copilot). Gelb markierte Stellen ersetzen Sie durch Ihre Angaben. Zwei Regeln vorab:</w:t>
      </w:r>
    </w:p>
    <w:p>
      <w:pPr>
        <w:pStyle w:val="ListBullet"/>
      </w:pPr>
      <w:r>
        <w:rPr>
          <w:b/>
        </w:rPr>
        <w:t>Suchvolumen und Wettbewerb kommen nie aus der KI.</w:t>
      </w:r>
      <w:r>
        <w:rPr>
          <w:b w:val="0"/>
        </w:rPr>
        <w:t xml:space="preserve"> Sprachmodelle schätzen diese Zahlen und liegen oft daneben. Echte Zahlen liefern Google Search Console, Google Keyword Planner oder ein SEO-Tool.</w:t>
      </w:r>
    </w:p>
    <w:p>
      <w:pPr>
        <w:pStyle w:val="ListBullet"/>
      </w:pPr>
      <w:r>
        <w:rPr>
          <w:b/>
        </w:rPr>
        <w:t>Keine Kundendaten</w:t>
      </w:r>
      <w:r>
        <w:rPr>
          <w:b w:val="0"/>
        </w:rPr>
        <w:t xml:space="preserve"> in Tools ohne Auftragsverarbeitungsvertrag. Für SEO brauchen Sie sie auch nicht.</w:t>
      </w:r>
    </w:p>
    <w:p>
      <w:pPr>
        <w:pStyle w:val="Heading1"/>
      </w:pPr>
      <w:r>
        <w:rPr>
          <w:b w:val="0"/>
        </w:rPr>
        <w:t>1. Keywords und Suchintention</w:t>
      </w:r>
    </w:p>
    <w:p>
      <w:pPr>
        <w:pStyle w:val="Heading2"/>
      </w:pPr>
      <w:r>
        <w:rPr>
          <w:b w:val="0"/>
        </w:rPr>
        <w:t>Prompt 1: Themenfeld aufspannen</w:t>
      </w:r>
    </w:p>
    <w:p>
      <w:pPr>
        <w:shd w:val="clear" w:color="auto" w:fill="EEF2FA"/>
        <w:ind w:left="170"/>
      </w:pPr>
      <w:r>
        <w:rPr>
          <w:rFonts w:ascii="Consolas" w:hAnsi="Consolas"/>
          <w:b w:val="0"/>
          <w:sz w:val="18"/>
        </w:rPr>
        <w:t xml:space="preserve">Du bist SEO-Berater für </w:t>
      </w:r>
      <w:r>
        <w:rPr>
          <w:rFonts w:ascii="Consolas" w:hAnsi="Consolas"/>
          <w:b w:val="0"/>
          <w:sz w:val="18"/>
          <w:highlight w:val="yellow"/>
        </w:rPr>
        <w:t>[Branche]</w:t>
      </w:r>
      <w:r>
        <w:rPr>
          <w:rFonts w:ascii="Consolas" w:hAnsi="Consolas"/>
          <w:b w:val="0"/>
          <w:sz w:val="18"/>
        </w:rPr>
        <w:t xml:space="preserve"> in Deutschland. Unsere Kunden sind </w:t>
      </w:r>
      <w:r>
        <w:rPr>
          <w:rFonts w:ascii="Consolas" w:hAnsi="Consolas"/>
          <w:b w:val="0"/>
          <w:sz w:val="18"/>
          <w:highlight w:val="yellow"/>
        </w:rPr>
        <w:t>[Zielgruppe, z. B. Geschäftsführer von Maschinenbaubetrieben mit 20 bis 200 Mitarbeitenden]</w:t>
      </w:r>
      <w:r>
        <w:rPr>
          <w:rFonts w:ascii="Consolas" w:hAnsi="Consolas"/>
          <w:b w:val="0"/>
          <w:sz w:val="18"/>
        </w:rPr>
        <w:t>.</w:t>
      </w:r>
      <w:r>
        <w:rPr>
          <w:rFonts w:ascii="Consolas" w:hAnsi="Consolas"/>
          <w:sz w:val="18"/>
        </w:rPr>
        <w:br/>
      </w:r>
      <w:r>
        <w:rPr>
          <w:rFonts w:ascii="Consolas" w:hAnsi="Consolas"/>
          <w:b w:val="0"/>
          <w:sz w:val="18"/>
        </w:rPr>
        <w:t xml:space="preserve">Liste 40 Suchanfragen, die diese Menschen bei Google eingeben, bevor sie </w:t>
      </w:r>
      <w:r>
        <w:rPr>
          <w:rFonts w:ascii="Consolas" w:hAnsi="Consolas"/>
          <w:b w:val="0"/>
          <w:sz w:val="18"/>
          <w:highlight w:val="yellow"/>
        </w:rPr>
        <w:t>[Leistung]</w:t>
      </w:r>
      <w:r>
        <w:rPr>
          <w:rFonts w:ascii="Consolas" w:hAnsi="Consolas"/>
          <w:b w:val="0"/>
          <w:sz w:val="18"/>
        </w:rPr>
        <w:t xml:space="preserve"> kaufen. Gruppiere sie nach Phase: Problem erkennen, Lösung vergleichen, Anbieter auswählen.</w:t>
      </w:r>
      <w:r>
        <w:rPr>
          <w:rFonts w:ascii="Consolas" w:hAnsi="Consolas"/>
          <w:sz w:val="18"/>
        </w:rPr>
        <w:br/>
      </w:r>
      <w:r>
        <w:rPr>
          <w:rFonts w:ascii="Consolas" w:hAnsi="Consolas"/>
          <w:b w:val="0"/>
          <w:sz w:val="18"/>
        </w:rPr>
        <w:t>Nur deutsche Suchbegriffe, so formuliert, wie Menschen tippen. Keine Zahlen zu Suchvolumen.</w:t>
      </w:r>
    </w:p>
    <w:p>
      <w:pPr>
        <w:pStyle w:val="Heading2"/>
      </w:pPr>
      <w:r>
        <w:rPr>
          <w:b w:val="0"/>
        </w:rPr>
        <w:t>Prompt 2: Keywords zu Clustern ordnen</w:t>
      </w:r>
    </w:p>
    <w:p>
      <w:pPr>
        <w:shd w:val="clear" w:color="auto" w:fill="EEF2FA"/>
        <w:ind w:left="170"/>
      </w:pPr>
      <w:r>
        <w:rPr>
          <w:rFonts w:ascii="Consolas" w:hAnsi="Consolas"/>
          <w:b w:val="0"/>
          <w:sz w:val="18"/>
        </w:rPr>
        <w:t xml:space="preserve">Hier ist eine Keyword-Liste mit Suchvolumen aus </w:t>
      </w:r>
      <w:r>
        <w:rPr>
          <w:rFonts w:ascii="Consolas" w:hAnsi="Consolas"/>
          <w:b w:val="0"/>
          <w:sz w:val="18"/>
          <w:highlight w:val="yellow"/>
        </w:rPr>
        <w:t>[Tool]</w:t>
      </w:r>
      <w:r>
        <w:rPr>
          <w:rFonts w:ascii="Consolas" w:hAnsi="Consolas"/>
          <w:b w:val="0"/>
          <w:sz w:val="18"/>
        </w:rPr>
        <w:t>:</w:t>
      </w:r>
      <w:r>
        <w:rPr>
          <w:rFonts w:ascii="Consolas" w:hAnsi="Consolas"/>
          <w:sz w:val="18"/>
        </w:rPr>
        <w:br/>
      </w:r>
      <w:r>
        <w:rPr>
          <w:rFonts w:ascii="Consolas" w:hAnsi="Consolas"/>
          <w:b w:val="0"/>
          <w:sz w:val="18"/>
          <w:highlight w:val="yellow"/>
        </w:rPr>
        <w:t>[Liste einfügen: Keyword; Volumen]</w:t>
      </w:r>
      <w:r>
        <w:rPr>
          <w:rFonts w:ascii="Consolas" w:hAnsi="Consolas"/>
          <w:sz w:val="18"/>
        </w:rPr>
        <w:br/>
      </w:r>
      <w:r>
        <w:rPr>
          <w:rFonts w:ascii="Consolas" w:hAnsi="Consolas"/>
          <w:b w:val="0"/>
          <w:sz w:val="18"/>
        </w:rPr>
        <w:t>Ordne die Keywords zu Themenclustern. Pro Cluster: ein Hauptkeyword für eine eigene Seite, Nebenkeywords, die auf dieselbe Seite gehören, und die Suchintention (informieren, vergleichen, kaufen). Markiere Keywords, die zu nah beieinander liegen und sich gegenseitig Konkurrenz machen würden.</w:t>
      </w:r>
    </w:p>
    <w:p>
      <w:pPr>
        <w:pStyle w:val="Heading2"/>
      </w:pPr>
      <w:r>
        <w:rPr>
          <w:b w:val="0"/>
        </w:rPr>
        <w:t>Prompt 3: Suchintention prüfen</w:t>
      </w:r>
    </w:p>
    <w:p>
      <w:pPr>
        <w:shd w:val="clear" w:color="auto" w:fill="EEF2FA"/>
        <w:ind w:left="170"/>
      </w:pPr>
      <w:r>
        <w:rPr>
          <w:rFonts w:ascii="Consolas" w:hAnsi="Consolas"/>
          <w:b w:val="0"/>
          <w:sz w:val="18"/>
        </w:rPr>
        <w:t>Für das Keyword „</w:t>
      </w:r>
      <w:r>
        <w:rPr>
          <w:rFonts w:ascii="Consolas" w:hAnsi="Consolas"/>
          <w:b w:val="0"/>
          <w:sz w:val="18"/>
          <w:highlight w:val="yellow"/>
        </w:rPr>
        <w:t>[Keyword]</w:t>
      </w:r>
      <w:r>
        <w:rPr>
          <w:rFonts w:ascii="Consolas" w:hAnsi="Consolas"/>
          <w:b w:val="0"/>
          <w:sz w:val="18"/>
        </w:rPr>
        <w:t>“ ranken diese zehn Seiten (Titel und URL):</w:t>
      </w:r>
      <w:r>
        <w:rPr>
          <w:rFonts w:ascii="Consolas" w:hAnsi="Consolas"/>
          <w:sz w:val="18"/>
        </w:rPr>
        <w:br/>
      </w:r>
      <w:r>
        <w:rPr>
          <w:rFonts w:ascii="Consolas" w:hAnsi="Consolas"/>
          <w:b w:val="0"/>
          <w:sz w:val="18"/>
          <w:highlight w:val="yellow"/>
        </w:rPr>
        <w:t>[Liste aus der Google-Suche einfügen]</w:t>
      </w:r>
      <w:r>
        <w:rPr>
          <w:rFonts w:ascii="Consolas" w:hAnsi="Consolas"/>
          <w:sz w:val="18"/>
        </w:rPr>
        <w:br/>
      </w:r>
      <w:r>
        <w:rPr>
          <w:rFonts w:ascii="Consolas" w:hAnsi="Consolas"/>
          <w:b w:val="0"/>
          <w:sz w:val="18"/>
        </w:rPr>
        <w:t>Was erwarten Suchende? Ratgeber, Produktseite, Vergleich, Tool, Definition? Was haben die Top 3 gemeinsam, was fehlt allen? Schlage einen Seitentyp und einen Winkel vor, mit dem wir uns abheben.</w:t>
      </w:r>
    </w:p>
    <w:p>
      <w:pPr>
        <w:pStyle w:val="Heading1"/>
      </w:pPr>
      <w:r>
        <w:rPr>
          <w:b w:val="0"/>
        </w:rPr>
        <w:t>2. Inhalte planen</w:t>
      </w:r>
    </w:p>
    <w:p>
      <w:pPr>
        <w:pStyle w:val="Heading2"/>
      </w:pPr>
      <w:r>
        <w:rPr>
          <w:b w:val="0"/>
        </w:rPr>
        <w:t>Prompt 4: Gliederung mit Lücken-Analyse</w:t>
      </w:r>
    </w:p>
    <w:p>
      <w:pPr>
        <w:shd w:val="clear" w:color="auto" w:fill="EEF2FA"/>
        <w:ind w:left="170"/>
      </w:pPr>
      <w:r>
        <w:rPr>
          <w:rFonts w:ascii="Consolas" w:hAnsi="Consolas"/>
          <w:b w:val="0"/>
          <w:sz w:val="18"/>
        </w:rPr>
        <w:t>Erstelle eine Gliederung für einen Ratgeber zu „</w:t>
      </w:r>
      <w:r>
        <w:rPr>
          <w:rFonts w:ascii="Consolas" w:hAnsi="Consolas"/>
          <w:b w:val="0"/>
          <w:sz w:val="18"/>
          <w:highlight w:val="yellow"/>
        </w:rPr>
        <w:t>[Keyword]</w:t>
      </w:r>
      <w:r>
        <w:rPr>
          <w:rFonts w:ascii="Consolas" w:hAnsi="Consolas"/>
          <w:b w:val="0"/>
          <w:sz w:val="18"/>
        </w:rPr>
        <w:t xml:space="preserve">“ für </w:t>
      </w:r>
      <w:r>
        <w:rPr>
          <w:rFonts w:ascii="Consolas" w:hAnsi="Consolas"/>
          <w:b w:val="0"/>
          <w:sz w:val="18"/>
          <w:highlight w:val="yellow"/>
        </w:rPr>
        <w:t>[Zielgruppe]</w:t>
      </w:r>
      <w:r>
        <w:rPr>
          <w:rFonts w:ascii="Consolas" w:hAnsi="Consolas"/>
          <w:b w:val="0"/>
          <w:sz w:val="18"/>
        </w:rPr>
        <w:t>. H2 als Fragen, die Menschen wirklich stellen. Markiere Abschnitte, in denen eigene Erfahrung oder eigene Zahlen nötig sind, mit [EIGENES]. Schlage drei Stellen für Tabellen oder Schaubilder vor.</w:t>
      </w:r>
    </w:p>
    <w:p>
      <w:pPr>
        <w:pStyle w:val="Heading2"/>
      </w:pPr>
      <w:r>
        <w:rPr>
          <w:b w:val="0"/>
        </w:rPr>
        <w:t>Prompt 5: Briefing für Autorin oder Autor</w:t>
      </w:r>
    </w:p>
    <w:p>
      <w:pPr>
        <w:shd w:val="clear" w:color="auto" w:fill="EEF2FA"/>
        <w:ind w:left="170"/>
      </w:pPr>
      <w:r>
        <w:rPr>
          <w:rFonts w:ascii="Consolas" w:hAnsi="Consolas"/>
          <w:b w:val="0"/>
          <w:sz w:val="18"/>
        </w:rPr>
        <w:t>Schreibe ein Briefing für den Artikel „</w:t>
      </w:r>
      <w:r>
        <w:rPr>
          <w:rFonts w:ascii="Consolas" w:hAnsi="Consolas"/>
          <w:b w:val="0"/>
          <w:sz w:val="18"/>
          <w:highlight w:val="yellow"/>
        </w:rPr>
        <w:t>[Arbeitstitel]</w:t>
      </w:r>
      <w:r>
        <w:rPr>
          <w:rFonts w:ascii="Consolas" w:hAnsi="Consolas"/>
          <w:b w:val="0"/>
          <w:sz w:val="18"/>
        </w:rPr>
        <w:t xml:space="preserve">“: Ziel der Seite, Leserin/Leser, Hauptkeyword, Nebenkeywords, Suchintention, Gliederung, Pflichtinhalte, Quellen, die geprüft werden müssen, interne Links auf </w:t>
      </w:r>
      <w:r>
        <w:rPr>
          <w:rFonts w:ascii="Consolas" w:hAnsi="Consolas"/>
          <w:b w:val="0"/>
          <w:sz w:val="18"/>
          <w:highlight w:val="yellow"/>
        </w:rPr>
        <w:t>[Seiten]</w:t>
      </w:r>
      <w:r>
        <w:rPr>
          <w:rFonts w:ascii="Consolas" w:hAnsi="Consolas"/>
          <w:b w:val="0"/>
          <w:sz w:val="18"/>
        </w:rPr>
        <w:t>, Handlungsaufforderung am Ende. Maximal eine Seite.</w:t>
      </w:r>
    </w:p>
    <w:p>
      <w:pPr>
        <w:pStyle w:val="Heading2"/>
      </w:pPr>
      <w:r>
        <w:rPr>
          <w:b w:val="0"/>
        </w:rPr>
        <w:t>Prompt 6: Fragen der Zielgruppe sammeln</w:t>
      </w:r>
    </w:p>
    <w:p>
      <w:pPr>
        <w:shd w:val="clear" w:color="auto" w:fill="EEF2FA"/>
        <w:ind w:left="170"/>
      </w:pPr>
      <w:r>
        <w:rPr>
          <w:rFonts w:ascii="Consolas" w:hAnsi="Consolas"/>
          <w:b w:val="0"/>
          <w:sz w:val="18"/>
        </w:rPr>
        <w:t xml:space="preserve">Welche 15 Fragen stellen </w:t>
      </w:r>
      <w:r>
        <w:rPr>
          <w:rFonts w:ascii="Consolas" w:hAnsi="Consolas"/>
          <w:b w:val="0"/>
          <w:sz w:val="18"/>
          <w:highlight w:val="yellow"/>
        </w:rPr>
        <w:t>[Zielgruppe]</w:t>
      </w:r>
      <w:r>
        <w:rPr>
          <w:rFonts w:ascii="Consolas" w:hAnsi="Consolas"/>
          <w:b w:val="0"/>
          <w:sz w:val="18"/>
        </w:rPr>
        <w:t xml:space="preserve"> zu </w:t>
      </w:r>
      <w:r>
        <w:rPr>
          <w:rFonts w:ascii="Consolas" w:hAnsi="Consolas"/>
          <w:b w:val="0"/>
          <w:sz w:val="18"/>
          <w:highlight w:val="yellow"/>
        </w:rPr>
        <w:t>[Thema]</w:t>
      </w:r>
      <w:r>
        <w:rPr>
          <w:rFonts w:ascii="Consolas" w:hAnsi="Consolas"/>
          <w:b w:val="0"/>
          <w:sz w:val="18"/>
        </w:rPr>
        <w:t xml:space="preserve"> im Vertriebsgespräch oder in Foren? Formuliere sie wörtlich, wie Kunden sprechen, nicht wie Marketing. Sortiere nach Häufigkeit (Schätzung, als solche kennzeichnen).</w:t>
      </w:r>
    </w:p>
    <w:p>
      <w:pPr>
        <w:pStyle w:val="Heading1"/>
      </w:pPr>
      <w:r>
        <w:rPr>
          <w:b w:val="0"/>
        </w:rPr>
        <w:t>3. Texte überarbeiten</w:t>
      </w:r>
    </w:p>
    <w:p>
      <w:pPr>
        <w:pStyle w:val="Heading2"/>
      </w:pPr>
      <w:r>
        <w:rPr>
          <w:b w:val="0"/>
        </w:rPr>
        <w:t>Prompt 7: Definition zuerst</w:t>
      </w:r>
    </w:p>
    <w:p>
      <w:pPr>
        <w:shd w:val="clear" w:color="auto" w:fill="EEF2FA"/>
        <w:ind w:left="170"/>
      </w:pPr>
      <w:r>
        <w:rPr>
          <w:rFonts w:ascii="Consolas" w:hAnsi="Consolas"/>
          <w:b w:val="0"/>
          <w:sz w:val="18"/>
        </w:rPr>
        <w:t xml:space="preserve">Hier ist der Anfang unseres Artikels: </w:t>
      </w:r>
      <w:r>
        <w:rPr>
          <w:rFonts w:ascii="Consolas" w:hAnsi="Consolas"/>
          <w:b w:val="0"/>
          <w:sz w:val="18"/>
          <w:highlight w:val="yellow"/>
        </w:rPr>
        <w:t>[Text]</w:t>
      </w:r>
      <w:r>
        <w:rPr>
          <w:rFonts w:ascii="Consolas" w:hAnsi="Consolas"/>
          <w:sz w:val="18"/>
        </w:rPr>
        <w:br/>
      </w:r>
      <w:r>
        <w:rPr>
          <w:rFonts w:ascii="Consolas" w:hAnsi="Consolas"/>
          <w:b w:val="0"/>
          <w:sz w:val="18"/>
        </w:rPr>
        <w:t>Schreibe den ersten Absatz neu: Der erste Satz definiert „</w:t>
      </w:r>
      <w:r>
        <w:rPr>
          <w:rFonts w:ascii="Consolas" w:hAnsi="Consolas"/>
          <w:b w:val="0"/>
          <w:sz w:val="18"/>
          <w:highlight w:val="yellow"/>
        </w:rPr>
        <w:t>[Begriff]</w:t>
      </w:r>
      <w:r>
        <w:rPr>
          <w:rFonts w:ascii="Consolas" w:hAnsi="Consolas"/>
          <w:b w:val="0"/>
          <w:sz w:val="18"/>
        </w:rPr>
        <w:t>“ klar und vollständig. Danach ein bis zwei Sätze, für wen das wichtig ist. Keine Einleitung, keine Floskeln. Höchstens 60 Wörter.</w:t>
      </w:r>
    </w:p>
    <w:p>
      <w:pPr>
        <w:pStyle w:val="Heading2"/>
      </w:pPr>
      <w:r>
        <w:rPr>
          <w:b w:val="0"/>
        </w:rPr>
        <w:t>Prompt 8: Floskeln entfernen</w:t>
      </w:r>
    </w:p>
    <w:p>
      <w:pPr>
        <w:shd w:val="clear" w:color="auto" w:fill="EEF2FA"/>
        <w:ind w:left="170"/>
      </w:pPr>
      <w:r>
        <w:rPr>
          <w:rFonts w:ascii="Consolas" w:hAnsi="Consolas"/>
          <w:b w:val="0"/>
          <w:sz w:val="18"/>
        </w:rPr>
        <w:t xml:space="preserve">Prüfe diesen Text auf Floskeln, leere Verstärker und typische KI-Formulierungen („In der heutigen schnelllebigen Welt“, „ganzheitlich“, „nahtlos“, „Es ist wichtig zu beachten“). Liste jede Stelle mit Vorschlag. Ändere keine Fakten. Text: </w:t>
      </w:r>
      <w:r>
        <w:rPr>
          <w:rFonts w:ascii="Consolas" w:hAnsi="Consolas"/>
          <w:b w:val="0"/>
          <w:sz w:val="18"/>
          <w:highlight w:val="yellow"/>
        </w:rPr>
        <w:t>[Text]</w:t>
      </w:r>
    </w:p>
    <w:p>
      <w:pPr>
        <w:pStyle w:val="Heading2"/>
      </w:pPr>
      <w:r>
        <w:rPr>
          <w:b w:val="0"/>
        </w:rPr>
        <w:t>Prompt 9: Bestehende Seite auffrischen</w:t>
      </w:r>
    </w:p>
    <w:p>
      <w:pPr>
        <w:shd w:val="clear" w:color="auto" w:fill="EEF2FA"/>
        <w:ind w:left="170"/>
      </w:pPr>
      <w:r>
        <w:rPr>
          <w:rFonts w:ascii="Consolas" w:hAnsi="Consolas"/>
          <w:b w:val="0"/>
          <w:sz w:val="18"/>
        </w:rPr>
        <w:t>Diese Seite rankt für „</w:t>
      </w:r>
      <w:r>
        <w:rPr>
          <w:rFonts w:ascii="Consolas" w:hAnsi="Consolas"/>
          <w:b w:val="0"/>
          <w:sz w:val="18"/>
          <w:highlight w:val="yellow"/>
        </w:rPr>
        <w:t>[Keyword]</w:t>
      </w:r>
      <w:r>
        <w:rPr>
          <w:rFonts w:ascii="Consolas" w:hAnsi="Consolas"/>
          <w:b w:val="0"/>
          <w:sz w:val="18"/>
        </w:rPr>
        <w:t xml:space="preserve">“ auf Position </w:t>
      </w:r>
      <w:r>
        <w:rPr>
          <w:rFonts w:ascii="Consolas" w:hAnsi="Consolas"/>
          <w:b w:val="0"/>
          <w:sz w:val="18"/>
          <w:highlight w:val="yellow"/>
        </w:rPr>
        <w:t>[Position]</w:t>
      </w:r>
      <w:r>
        <w:rPr>
          <w:rFonts w:ascii="Consolas" w:hAnsi="Consolas"/>
          <w:b w:val="0"/>
          <w:sz w:val="18"/>
        </w:rPr>
        <w:t xml:space="preserve"> (Search Console). Hier ist der Text: </w:t>
      </w:r>
      <w:r>
        <w:rPr>
          <w:rFonts w:ascii="Consolas" w:hAnsi="Consolas"/>
          <w:b w:val="0"/>
          <w:sz w:val="18"/>
          <w:highlight w:val="yellow"/>
        </w:rPr>
        <w:t>[Text]</w:t>
      </w:r>
      <w:r>
        <w:rPr>
          <w:rFonts w:ascii="Consolas" w:hAnsi="Consolas"/>
          <w:sz w:val="18"/>
        </w:rPr>
        <w:br/>
      </w:r>
      <w:r>
        <w:rPr>
          <w:rFonts w:ascii="Consolas" w:hAnsi="Consolas"/>
          <w:b w:val="0"/>
          <w:sz w:val="18"/>
        </w:rPr>
        <w:t>Was fehlt im Vergleich zu den Top 3 (</w:t>
      </w:r>
      <w:r>
        <w:rPr>
          <w:rFonts w:ascii="Consolas" w:hAnsi="Consolas"/>
          <w:b w:val="0"/>
          <w:sz w:val="18"/>
          <w:highlight w:val="yellow"/>
        </w:rPr>
        <w:t>[URLs oder Stichpunkte]</w:t>
      </w:r>
      <w:r>
        <w:rPr>
          <w:rFonts w:ascii="Consolas" w:hAnsi="Consolas"/>
          <w:b w:val="0"/>
          <w:sz w:val="18"/>
        </w:rPr>
        <w:t>)? Was ist veraltet? Schlage konkrete Ergänzungen vor, sortiert nach erwarteter Wirkung.</w:t>
      </w:r>
    </w:p>
    <w:p>
      <w:pPr>
        <w:pStyle w:val="Heading1"/>
      </w:pPr>
      <w:r>
        <w:rPr>
          <w:b w:val="0"/>
        </w:rPr>
        <w:t>4. Snippets und Technik</w:t>
      </w:r>
    </w:p>
    <w:p>
      <w:pPr>
        <w:pStyle w:val="Heading2"/>
      </w:pPr>
      <w:r>
        <w:rPr>
          <w:b w:val="0"/>
        </w:rPr>
        <w:t>Prompt 10: Title und Description</w:t>
      </w:r>
    </w:p>
    <w:p>
      <w:pPr>
        <w:shd w:val="clear" w:color="auto" w:fill="EEF2FA"/>
        <w:ind w:left="170"/>
      </w:pPr>
      <w:r>
        <w:rPr>
          <w:rFonts w:ascii="Consolas" w:hAnsi="Consolas"/>
          <w:b w:val="0"/>
          <w:sz w:val="18"/>
        </w:rPr>
        <w:t>Schreibe fünf Varianten für Title (max. 60 Zeichen) und Meta-Description (140 bis 160 Zeichen) für eine Seite zu „</w:t>
      </w:r>
      <w:r>
        <w:rPr>
          <w:rFonts w:ascii="Consolas" w:hAnsi="Consolas"/>
          <w:b w:val="0"/>
          <w:sz w:val="18"/>
          <w:highlight w:val="yellow"/>
        </w:rPr>
        <w:t>[Keyword]</w:t>
      </w:r>
      <w:r>
        <w:rPr>
          <w:rFonts w:ascii="Consolas" w:hAnsi="Consolas"/>
          <w:b w:val="0"/>
          <w:sz w:val="18"/>
        </w:rPr>
        <w:t>“. Keyword vorne im Title, Nutzen in der Description, keine Großbuchstaben-Werbung. Zähle die Zeichen und gib sie mit aus.</w:t>
      </w:r>
    </w:p>
    <w:p>
      <w:pPr>
        <w:pStyle w:val="Heading2"/>
      </w:pPr>
      <w:r>
        <w:rPr>
          <w:b w:val="0"/>
        </w:rPr>
        <w:t>Prompt 11: FAQ aus dem Text ableiten</w:t>
      </w:r>
    </w:p>
    <w:p>
      <w:pPr>
        <w:shd w:val="clear" w:color="auto" w:fill="EEF2FA"/>
        <w:ind w:left="170"/>
      </w:pPr>
      <w:r>
        <w:rPr>
          <w:rFonts w:ascii="Consolas" w:hAnsi="Consolas"/>
          <w:b w:val="0"/>
          <w:sz w:val="18"/>
        </w:rPr>
        <w:t xml:space="preserve">Leite aus diesem Text fünf häufige Fragen mit Antworten ab (je 40 bis 70 Wörter). Die Antworten müssen sich ausschließlich auf Aussagen im Text stützen. Text: </w:t>
      </w:r>
      <w:r>
        <w:rPr>
          <w:rFonts w:ascii="Consolas" w:hAnsi="Consolas"/>
          <w:b w:val="0"/>
          <w:sz w:val="18"/>
          <w:highlight w:val="yellow"/>
        </w:rPr>
        <w:t>[Text]</w:t>
      </w:r>
    </w:p>
    <w:p>
      <w:pPr>
        <w:pStyle w:val="Heading2"/>
      </w:pPr>
      <w:r>
        <w:rPr>
          <w:b w:val="0"/>
        </w:rPr>
        <w:t>Prompt 12: Strukturierte Daten</w:t>
      </w:r>
    </w:p>
    <w:p>
      <w:pPr>
        <w:shd w:val="clear" w:color="auto" w:fill="EEF2FA"/>
        <w:ind w:left="170"/>
      </w:pPr>
      <w:r>
        <w:rPr>
          <w:rFonts w:ascii="Consolas" w:hAnsi="Consolas"/>
          <w:b w:val="0"/>
          <w:sz w:val="18"/>
        </w:rPr>
        <w:t xml:space="preserve">Erstelle JSON-LD für diese Seite: Typ </w:t>
      </w:r>
      <w:r>
        <w:rPr>
          <w:rFonts w:ascii="Consolas" w:hAnsi="Consolas"/>
          <w:b w:val="0"/>
          <w:sz w:val="18"/>
          <w:highlight w:val="yellow"/>
        </w:rPr>
        <w:t>[Article / Service / FAQPage / LocalBusiness]</w:t>
      </w:r>
      <w:r>
        <w:rPr>
          <w:rFonts w:ascii="Consolas" w:hAnsi="Consolas"/>
          <w:b w:val="0"/>
          <w:sz w:val="18"/>
        </w:rPr>
        <w:t xml:space="preserve">, Angaben: </w:t>
      </w:r>
      <w:r>
        <w:rPr>
          <w:rFonts w:ascii="Consolas" w:hAnsi="Consolas"/>
          <w:b w:val="0"/>
          <w:sz w:val="18"/>
          <w:highlight w:val="yellow"/>
        </w:rPr>
        <w:t>[Name, URL, Autor, Datum, Adresse …]</w:t>
      </w:r>
      <w:r>
        <w:rPr>
          <w:rFonts w:ascii="Consolas" w:hAnsi="Consolas"/>
          <w:b w:val="0"/>
          <w:sz w:val="18"/>
        </w:rPr>
        <w:t>. Nur Eigenschaften aus schema.org, keine erfundenen Werte. Fehlt eine Angabe, lass das Feld weg.</w:t>
      </w:r>
    </w:p>
    <w:p>
      <w:pPr>
        <w:pStyle w:val="Heading2"/>
      </w:pPr>
      <w:r>
        <w:rPr>
          <w:b w:val="0"/>
        </w:rPr>
        <w:t>Prompt 13: Interne Verlinkung</w:t>
      </w:r>
    </w:p>
    <w:p>
      <w:pPr>
        <w:shd w:val="clear" w:color="auto" w:fill="EEF2FA"/>
        <w:ind w:left="170"/>
      </w:pPr>
      <w:r>
        <w:rPr>
          <w:rFonts w:ascii="Consolas" w:hAnsi="Consolas"/>
          <w:b w:val="0"/>
          <w:sz w:val="18"/>
        </w:rPr>
        <w:t xml:space="preserve">Hier sind unsere Seiten mit URL und Hauptthema: </w:t>
      </w:r>
      <w:r>
        <w:rPr>
          <w:rFonts w:ascii="Consolas" w:hAnsi="Consolas"/>
          <w:b w:val="0"/>
          <w:sz w:val="18"/>
          <w:highlight w:val="yellow"/>
        </w:rPr>
        <w:t>[Liste]</w:t>
      </w:r>
      <w:r>
        <w:rPr>
          <w:rFonts w:ascii="Consolas" w:hAnsi="Consolas"/>
          <w:sz w:val="18"/>
        </w:rPr>
        <w:br/>
      </w:r>
      <w:r>
        <w:rPr>
          <w:rFonts w:ascii="Consolas" w:hAnsi="Consolas"/>
          <w:b w:val="0"/>
          <w:sz w:val="18"/>
        </w:rPr>
        <w:t>Für den neuen Artikel „</w:t>
      </w:r>
      <w:r>
        <w:rPr>
          <w:rFonts w:ascii="Consolas" w:hAnsi="Consolas"/>
          <w:b w:val="0"/>
          <w:sz w:val="18"/>
          <w:highlight w:val="yellow"/>
        </w:rPr>
        <w:t>[Titel]</w:t>
      </w:r>
      <w:r>
        <w:rPr>
          <w:rFonts w:ascii="Consolas" w:hAnsi="Consolas"/>
          <w:b w:val="0"/>
          <w:sz w:val="18"/>
        </w:rPr>
        <w:t>“: Welche fünf Seiten sollte er verlinken und von welchen Seiten sollte ein Link auf ihn zeigen? Schlage für jeden Link einen beschreibenden Linktext vor (nie „hier“).</w:t>
      </w:r>
    </w:p>
    <w:p>
      <w:pPr>
        <w:pStyle w:val="Heading1"/>
      </w:pPr>
      <w:r>
        <w:rPr>
          <w:b w:val="0"/>
        </w:rPr>
        <w:t>5. Auswerten</w:t>
      </w:r>
    </w:p>
    <w:p>
      <w:pPr>
        <w:pStyle w:val="Heading2"/>
      </w:pPr>
      <w:r>
        <w:rPr>
          <w:b w:val="0"/>
        </w:rPr>
        <w:t>Prompt 14: Search-Console-Daten deuten</w:t>
      </w:r>
    </w:p>
    <w:p>
      <w:pPr>
        <w:shd w:val="clear" w:color="auto" w:fill="EEF2FA"/>
        <w:ind w:left="170"/>
      </w:pPr>
      <w:r>
        <w:rPr>
          <w:rFonts w:ascii="Consolas" w:hAnsi="Consolas"/>
          <w:b w:val="0"/>
          <w:sz w:val="18"/>
        </w:rPr>
        <w:t xml:space="preserve">Hier ist ein Export aus der Google Search Console (Suchanfrage, Klicks, Impressionen, CTR, Position): </w:t>
      </w:r>
      <w:r>
        <w:rPr>
          <w:rFonts w:ascii="Consolas" w:hAnsi="Consolas"/>
          <w:b w:val="0"/>
          <w:sz w:val="18"/>
          <w:highlight w:val="yellow"/>
        </w:rPr>
        <w:t>[CSV einfügen]</w:t>
      </w:r>
      <w:r>
        <w:rPr>
          <w:rFonts w:ascii="Consolas" w:hAnsi="Consolas"/>
          <w:sz w:val="18"/>
        </w:rPr>
        <w:br/>
      </w:r>
      <w:r>
        <w:rPr>
          <w:rFonts w:ascii="Consolas" w:hAnsi="Consolas"/>
          <w:b w:val="0"/>
          <w:sz w:val="18"/>
        </w:rPr>
        <w:t>Finde: Suchanfragen mit vielen Impressionen und wenig Klicks, Anfragen auf Position 5 bis 15, für die sich eine Überarbeitung lohnt, und Themen, für die wir noch keine passende Seite haben.</w:t>
      </w:r>
    </w:p>
    <w:p>
      <w:pPr>
        <w:pStyle w:val="Heading2"/>
      </w:pPr>
      <w:r>
        <w:rPr>
          <w:b w:val="0"/>
        </w:rPr>
        <w:t>Prompt 15: Sichtbarkeit in KI-Suchen prüfen</w:t>
      </w:r>
    </w:p>
    <w:p>
      <w:pPr>
        <w:shd w:val="clear" w:color="auto" w:fill="EEF2FA"/>
        <w:ind w:left="170"/>
      </w:pPr>
      <w:r>
        <w:rPr>
          <w:rFonts w:ascii="Consolas" w:hAnsi="Consolas"/>
          <w:b w:val="0"/>
          <w:sz w:val="18"/>
        </w:rPr>
        <w:t>Beantworte diese Frage so, wie du es für einen Kunden tun würdest, und nenne deine Quellen: „</w:t>
      </w:r>
      <w:r>
        <w:rPr>
          <w:rFonts w:ascii="Consolas" w:hAnsi="Consolas"/>
          <w:b w:val="0"/>
          <w:sz w:val="18"/>
          <w:highlight w:val="yellow"/>
        </w:rPr>
        <w:t>[typische Kundenfrage]</w:t>
      </w:r>
      <w:r>
        <w:rPr>
          <w:rFonts w:ascii="Consolas" w:hAnsi="Consolas"/>
          <w:b w:val="0"/>
          <w:sz w:val="18"/>
        </w:rPr>
        <w:t>“</w:t>
      </w:r>
    </w:p>
    <w:p>
      <w:r>
        <w:rPr>
          <w:b w:val="0"/>
        </w:rPr>
        <w:t>Stellen Sie Prompt 15 monatlich in ChatGPT, Perplexity und Gemini und notieren Sie, ob Ihre Website genannt wird.</w:t>
      </w:r>
    </w:p>
    <w:p>
      <w:pPr>
        <w:pStyle w:val="Heading1"/>
      </w:pPr>
      <w:r>
        <w:rPr>
          <w:b w:val="0"/>
        </w:rPr>
        <w:t>Prüfliste vor dem Veröffentlichen</w:t>
      </w:r>
    </w:p>
    <w:p>
      <w:pPr>
        <w:spacing w:after="60"/>
        <w:ind w:left="340" w:hanging="340"/>
      </w:pPr>
      <w:r>
        <w:rPr>
          <w:b w:val="0"/>
        </w:rPr>
        <w:t>☐</w:t>
        <w:tab/>
        <w:t>Alle Zahlen gegen die Originalquelle geprüft</w:t>
      </w:r>
    </w:p>
    <w:p>
      <w:pPr>
        <w:spacing w:after="60"/>
        <w:ind w:left="340" w:hanging="340"/>
      </w:pPr>
      <w:r>
        <w:rPr>
          <w:b w:val="0"/>
        </w:rPr>
        <w:t>☐</w:t>
        <w:tab/>
        <w:t>Eigene Erfahrung oder eigenes Beispiel enthalten</w:t>
      </w:r>
    </w:p>
    <w:p>
      <w:pPr>
        <w:spacing w:after="60"/>
        <w:ind w:left="340" w:hanging="340"/>
      </w:pPr>
      <w:r>
        <w:rPr>
          <w:b w:val="0"/>
        </w:rPr>
        <w:t>☐</w:t>
        <w:tab/>
        <w:t>Title, Description, Alt-Texte gesetzt</w:t>
      </w:r>
    </w:p>
    <w:p>
      <w:pPr>
        <w:spacing w:after="60"/>
        <w:ind w:left="340" w:hanging="340"/>
      </w:pPr>
      <w:r>
        <w:rPr>
          <w:b w:val="0"/>
        </w:rPr>
        <w:t>☐</w:t>
        <w:tab/>
        <w:t>Interne Links gesetzt, auch von älteren Seiten auf die neue</w:t>
      </w:r>
    </w:p>
    <w:p>
      <w:pPr>
        <w:spacing w:after="60"/>
        <w:ind w:left="340" w:hanging="340"/>
      </w:pPr>
      <w:r>
        <w:rPr>
          <w:b w:val="0"/>
        </w:rPr>
        <w:t>☐</w:t>
        <w:tab/>
        <w:t>Ein Mensch hat den Text gelesen und freigegeben</w:t>
      </w:r>
    </w:p>
    <w:p>
      <w:r>
        <w:rPr>
          <w:b w:val="0"/>
        </w:rPr>
        <w:t>Mehr dazu: https://kistrategie.de/blog/ki-seo/ · Unterstützung: https://kistrategie.de/erstgespraech/</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A99"/>
        <w:sz w:val="16"/>
      </w:rPr>
      <w:t>kistrategie.de · Christoph Weingärtner, KI-Beratung und INQA-Coaching · Stand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D3A9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C46F1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D3A9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erprobte Prompts für SEO mit KI</dc:title>
  <dc:subject/>
  <dc:creator>Christoph Weingärtner, kistrategie.de</dc:creator>
  <cp:keywords/>
  <dc:description>generated by python-docx</dc:description>
  <cp:lastModifiedBy/>
  <cp:revision>1</cp:revision>
  <dcterms:created xsi:type="dcterms:W3CDTF">2013-12-23T23:15:00Z</dcterms:created>
  <dcterms:modified xsi:type="dcterms:W3CDTF">2013-12-23T23:15:00Z</dcterms:modified>
  <cp:category/>
</cp:coreProperties>
</file>